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Federalny Urząd Transportu Samochodowego</w:t>
      </w:r>
    </w:p>
    <w:p>
      <w:r>
        <w:t>D-24932 Flensburg</w:t>
      </w:r>
    </w:p>
    <w:p>
      <w:r>
        <w:t>-3-</w:t>
      </w:r>
    </w:p>
    <w:p>
      <w:r>
        <w:t>Numer ABE: H373, Suplement 02</w:t>
      </w:r>
    </w:p>
    <w:p>
      <w:r>
        <w:t>Podstawą niniejszego zezwolenia jest opinia</w:t>
      </w:r>
    </w:p>
    <w:p>
      <w:r>
        <w:t>DEKRA e.V., D-01277 Drezno</w:t>
      </w:r>
    </w:p>
    <w:p>
      <w:r>
        <w:t>z dnia 18.03.1997.</w:t>
      </w:r>
    </w:p>
    <w:p>
      <w:r>
        <w:t>Flensburg, dnia 21 kwietnia 1997</w:t>
      </w:r>
    </w:p>
    <w:p>
      <w:r>
        <w:t>Z upoważnienia</w:t>
      </w:r>
    </w:p>
    <w:p>
      <w:r>
        <w:t>Lindtner</w:t>
      </w:r>
    </w:p>
    <w:p>
      <w:r>
        <w:t>Potwierdzono:</w:t>
      </w:r>
    </w:p>
    <w:p>
      <w:r>
        <w:t>Hansen</w:t>
      </w:r>
    </w:p>
    <w:p>
      <w:r>
        <w:t>Część nieoficjalna!</w:t>
      </w:r>
    </w:p>
    <w:p>
      <w:r>
        <w:t>Ten pojazd jest własnością:</w:t>
      </w:r>
    </w:p>
    <w:p>
      <w:r>
        <w:t>Nazwisko: ______________ Imię: ______________</w:t>
      </w:r>
    </w:p>
    <w:p>
      <w:r>
        <w:t>Miejscowość: _______________ Ulica: ______________</w:t>
      </w:r>
    </w:p>
    <w:p>
      <w:r>
        <w:t>Potwierdzenie przeniesienia własności przez sprzedawcę z datą,</w:t>
      </w:r>
    </w:p>
    <w:p>
      <w:r>
        <w:t>pieczęcią i podpisem:</w:t>
      </w:r>
    </w:p>
    <w:p>
      <w:r>
        <w:t>Przeniesienie własności na:</w:t>
      </w:r>
    </w:p>
    <w:p>
      <w:r>
        <w:t>Nazwisko: ______________ Imię: ______________</w:t>
      </w:r>
    </w:p>
    <w:p>
      <w:r>
        <w:t>Miejscowość: _______________ Ulica: ______________</w:t>
      </w:r>
    </w:p>
    <w:p>
      <w:r>
        <w:t>Potwierdzenie od poprzedniego właściciela, data i podpis</w:t>
      </w:r>
    </w:p>
    <w:p/>
    <w:p>
      <w:r>
        <w:t>Motorower, Skuter do 50 km/h</w:t>
      </w:r>
    </w:p>
    <w:p>
      <w:r>
        <w:t>SB-50</w:t>
      </w:r>
    </w:p>
    <w:p>
      <w:r>
        <w:t>Dopuszczenie do ruchu</w:t>
      </w:r>
    </w:p>
    <w:p>
      <w:r>
        <w:t>Niniejszym zaświadcza się, że motorower, skuter do</w:t>
      </w:r>
    </w:p>
    <w:p>
      <w:r>
        <w:t>50 km/h, o numerze identyfikacyjnym pojazdu</w:t>
      </w:r>
    </w:p>
    <w:p>
      <w:r>
        <w:t>SB50G-109996</w:t>
      </w:r>
    </w:p>
    <w:p>
      <w:r>
        <w:t>odpowiada typowi zatwierdzonemu tym dopuszczeniem do ruchu.</w:t>
      </w:r>
    </w:p>
    <w:p>
      <w:r>
        <w:t>74172 Neckarsulm, dnia ______________</w:t>
      </w:r>
    </w:p>
    <w:p>
      <w:r>
        <w:t>Hyundai Motor Deutschland GmbH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